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455" w:rsidRPr="00926455" w:rsidRDefault="00926455" w:rsidP="00926455">
      <w:pPr>
        <w:spacing w:line="240" w:lineRule="auto"/>
        <w:jc w:val="right"/>
        <w:rPr>
          <w:rFonts w:ascii="Calibri" w:hAnsi="Calibri" w:cs="Calibri"/>
          <w:b/>
          <w:color w:val="000000" w:themeColor="text1"/>
          <w:szCs w:val="24"/>
        </w:rPr>
      </w:pPr>
      <w:proofErr w:type="spellStart"/>
      <w:r w:rsidRPr="00926455">
        <w:rPr>
          <w:rFonts w:ascii="Calibri" w:hAnsi="Calibri" w:cs="Calibri"/>
          <w:b/>
          <w:color w:val="000000" w:themeColor="text1"/>
          <w:szCs w:val="24"/>
        </w:rPr>
        <w:t>Załącznik</w:t>
      </w:r>
      <w:proofErr w:type="spellEnd"/>
      <w:r w:rsidRPr="00926455">
        <w:rPr>
          <w:rFonts w:ascii="Calibri" w:hAnsi="Calibri" w:cs="Calibri"/>
          <w:b/>
          <w:color w:val="000000" w:themeColor="text1"/>
          <w:szCs w:val="24"/>
        </w:rPr>
        <w:t xml:space="preserve"> </w:t>
      </w:r>
      <w:proofErr w:type="spellStart"/>
      <w:r w:rsidRPr="00926455">
        <w:rPr>
          <w:rFonts w:ascii="Calibri" w:hAnsi="Calibri" w:cs="Calibri"/>
          <w:b/>
          <w:color w:val="000000" w:themeColor="text1"/>
          <w:szCs w:val="24"/>
        </w:rPr>
        <w:t>Nr</w:t>
      </w:r>
      <w:proofErr w:type="spellEnd"/>
      <w:r w:rsidRPr="00926455">
        <w:rPr>
          <w:rFonts w:ascii="Calibri" w:hAnsi="Calibri" w:cs="Calibri"/>
          <w:b/>
          <w:color w:val="000000" w:themeColor="text1"/>
          <w:szCs w:val="24"/>
        </w:rPr>
        <w:t xml:space="preserve"> 3</w:t>
      </w:r>
    </w:p>
    <w:p w:rsidR="00926455" w:rsidRPr="00926455" w:rsidRDefault="00926455" w:rsidP="00926455">
      <w:pPr>
        <w:spacing w:line="240" w:lineRule="auto"/>
        <w:jc w:val="right"/>
        <w:rPr>
          <w:rFonts w:ascii="Calibri" w:hAnsi="Calibri" w:cs="Calibri"/>
          <w:b/>
          <w:color w:val="000000" w:themeColor="text1"/>
          <w:szCs w:val="24"/>
        </w:rPr>
      </w:pPr>
      <w:bookmarkStart w:id="0" w:name="_GoBack"/>
      <w:bookmarkEnd w:id="0"/>
      <w:r w:rsidRPr="00926455">
        <w:rPr>
          <w:rFonts w:ascii="Calibri" w:hAnsi="Calibri" w:cs="Calibri"/>
          <w:b/>
          <w:color w:val="000000" w:themeColor="text1"/>
          <w:szCs w:val="24"/>
        </w:rPr>
        <w:t xml:space="preserve">do </w:t>
      </w:r>
      <w:proofErr w:type="spellStart"/>
      <w:r w:rsidRPr="00926455">
        <w:rPr>
          <w:rFonts w:ascii="Calibri" w:hAnsi="Calibri" w:cs="Calibri"/>
          <w:b/>
          <w:color w:val="000000" w:themeColor="text1"/>
          <w:szCs w:val="24"/>
        </w:rPr>
        <w:t>ogłoszenia</w:t>
      </w:r>
      <w:proofErr w:type="spellEnd"/>
      <w:r w:rsidRPr="00926455">
        <w:rPr>
          <w:rFonts w:ascii="Calibri" w:hAnsi="Calibri" w:cs="Calibri"/>
          <w:b/>
          <w:color w:val="000000" w:themeColor="text1"/>
          <w:szCs w:val="24"/>
        </w:rPr>
        <w:t xml:space="preserve"> o </w:t>
      </w:r>
      <w:proofErr w:type="spellStart"/>
      <w:r w:rsidRPr="00926455">
        <w:rPr>
          <w:rFonts w:ascii="Calibri" w:hAnsi="Calibri" w:cs="Calibri"/>
          <w:b/>
          <w:color w:val="000000" w:themeColor="text1"/>
          <w:szCs w:val="24"/>
        </w:rPr>
        <w:t>konkursie</w:t>
      </w:r>
      <w:proofErr w:type="spellEnd"/>
    </w:p>
    <w:p w:rsidR="009D7736" w:rsidRPr="00926455" w:rsidRDefault="00F17ADB" w:rsidP="00F17ADB">
      <w:pPr>
        <w:pStyle w:val="Nagwek1"/>
        <w:jc w:val="center"/>
        <w:rPr>
          <w:rFonts w:ascii="Calibri" w:hAnsi="Calibri" w:cs="Calibri"/>
          <w:sz w:val="24"/>
          <w:szCs w:val="24"/>
        </w:rPr>
      </w:pPr>
      <w:r w:rsidRPr="00926455">
        <w:rPr>
          <w:rFonts w:ascii="Calibri" w:hAnsi="Calibri" w:cs="Calibri"/>
          <w:sz w:val="24"/>
          <w:szCs w:val="24"/>
        </w:rPr>
        <w:t>OŚWIADCZENIE</w:t>
      </w:r>
    </w:p>
    <w:p w:rsidR="00F17ADB" w:rsidRPr="00926455" w:rsidRDefault="00F17ADB" w:rsidP="00F17ADB">
      <w:pPr>
        <w:rPr>
          <w:rFonts w:ascii="Calibri" w:hAnsi="Calibri" w:cs="Calibri"/>
        </w:rPr>
      </w:pPr>
    </w:p>
    <w:p w:rsidR="009D7736" w:rsidRPr="00926455" w:rsidRDefault="00F17ADB">
      <w:pPr>
        <w:rPr>
          <w:rFonts w:ascii="Calibri" w:hAnsi="Calibri" w:cs="Calibri"/>
        </w:rPr>
      </w:pPr>
      <w:r w:rsidRPr="00926455">
        <w:rPr>
          <w:rFonts w:ascii="Calibri" w:hAnsi="Calibri" w:cs="Calibri"/>
        </w:rPr>
        <w:t>Ja niżej podpisany/a .................................................................</w:t>
      </w:r>
      <w:r w:rsidRPr="00926455">
        <w:rPr>
          <w:rFonts w:ascii="Calibri" w:hAnsi="Calibri" w:cs="Calibri"/>
        </w:rPr>
        <w:br/>
        <w:t>(imię i nazwisko)</w:t>
      </w:r>
      <w:r w:rsidRPr="00926455">
        <w:rPr>
          <w:rFonts w:ascii="Calibri" w:hAnsi="Calibri" w:cs="Calibri"/>
        </w:rPr>
        <w:br/>
      </w:r>
      <w:r w:rsidRPr="00926455">
        <w:rPr>
          <w:rFonts w:ascii="Calibri" w:hAnsi="Calibri" w:cs="Calibri"/>
        </w:rPr>
        <w:br/>
        <w:t>zamieszkały/a .................................................................</w:t>
      </w:r>
      <w:r w:rsidRPr="00926455">
        <w:rPr>
          <w:rFonts w:ascii="Calibri" w:hAnsi="Calibri" w:cs="Calibri"/>
        </w:rPr>
        <w:br/>
        <w:t>(adres zamieszkania)</w:t>
      </w:r>
      <w:r w:rsidRPr="00926455">
        <w:rPr>
          <w:rFonts w:ascii="Calibri" w:hAnsi="Calibri" w:cs="Calibri"/>
        </w:rPr>
        <w:br/>
      </w:r>
      <w:r w:rsidRPr="00926455">
        <w:rPr>
          <w:rFonts w:ascii="Calibri" w:hAnsi="Calibri" w:cs="Calibri"/>
        </w:rPr>
        <w:br/>
        <w:t>przystępując do naboru na stanowisko ds. informatyki i promocji w Urzędzie Gminy Ułęż</w:t>
      </w:r>
      <w:r w:rsidRPr="00926455">
        <w:rPr>
          <w:rFonts w:ascii="Calibri" w:hAnsi="Calibri" w:cs="Calibri"/>
        </w:rPr>
        <w:br/>
      </w:r>
      <w:r w:rsidRPr="00926455">
        <w:rPr>
          <w:rFonts w:ascii="Calibri" w:hAnsi="Calibri" w:cs="Calibri"/>
        </w:rPr>
        <w:br/>
        <w:t xml:space="preserve">oświadczam, świadomy/a odpowiedzialności karnej za złożenie fałszywego oświadczenia wynikającej z art. 233 § 1 </w:t>
      </w:r>
      <w:proofErr w:type="spellStart"/>
      <w:r w:rsidRPr="00926455">
        <w:rPr>
          <w:rFonts w:ascii="Calibri" w:hAnsi="Calibri" w:cs="Calibri"/>
        </w:rPr>
        <w:t>Kodeksu</w:t>
      </w:r>
      <w:proofErr w:type="spellEnd"/>
      <w:r w:rsidRPr="00926455">
        <w:rPr>
          <w:rFonts w:ascii="Calibri" w:hAnsi="Calibri" w:cs="Calibri"/>
        </w:rPr>
        <w:t xml:space="preserve"> </w:t>
      </w:r>
      <w:proofErr w:type="spellStart"/>
      <w:r w:rsidRPr="00926455">
        <w:rPr>
          <w:rFonts w:ascii="Calibri" w:hAnsi="Calibri" w:cs="Calibri"/>
        </w:rPr>
        <w:t>karnego</w:t>
      </w:r>
      <w:proofErr w:type="spellEnd"/>
      <w:r w:rsidRPr="00926455">
        <w:rPr>
          <w:rFonts w:ascii="Calibri" w:hAnsi="Calibri" w:cs="Calibri"/>
        </w:rPr>
        <w:t xml:space="preserve">, </w:t>
      </w:r>
      <w:proofErr w:type="spellStart"/>
      <w:r w:rsidRPr="00926455">
        <w:rPr>
          <w:rFonts w:ascii="Calibri" w:hAnsi="Calibri" w:cs="Calibri"/>
        </w:rPr>
        <w:t>że</w:t>
      </w:r>
      <w:proofErr w:type="spellEnd"/>
      <w:r w:rsidRPr="00926455">
        <w:rPr>
          <w:rFonts w:ascii="Calibri" w:hAnsi="Calibri" w:cs="Calibri"/>
        </w:rPr>
        <w:t>:</w:t>
      </w:r>
      <w:r w:rsidRPr="00926455">
        <w:rPr>
          <w:rFonts w:ascii="Calibri" w:hAnsi="Calibri" w:cs="Calibri"/>
        </w:rPr>
        <w:br/>
      </w:r>
      <w:r w:rsidRPr="00926455">
        <w:rPr>
          <w:rFonts w:ascii="Calibri" w:hAnsi="Calibri" w:cs="Calibri"/>
        </w:rPr>
        <w:br/>
      </w:r>
      <w:r w:rsidRPr="00926455">
        <w:rPr>
          <w:rFonts w:ascii="Segoe UI Symbol" w:hAnsi="Segoe UI Symbol" w:cs="Segoe UI Symbol"/>
        </w:rPr>
        <w:t>☐</w:t>
      </w:r>
      <w:r w:rsidRPr="00926455">
        <w:rPr>
          <w:rFonts w:ascii="Calibri" w:hAnsi="Calibri" w:cs="Calibri"/>
        </w:rPr>
        <w:t xml:space="preserve"> </w:t>
      </w:r>
      <w:proofErr w:type="spellStart"/>
      <w:r w:rsidRPr="00926455">
        <w:rPr>
          <w:rFonts w:ascii="Calibri" w:hAnsi="Calibri" w:cs="Calibri"/>
        </w:rPr>
        <w:t>posiadam</w:t>
      </w:r>
      <w:proofErr w:type="spellEnd"/>
      <w:r w:rsidRPr="00926455">
        <w:rPr>
          <w:rFonts w:ascii="Calibri" w:hAnsi="Calibri" w:cs="Calibri"/>
        </w:rPr>
        <w:t xml:space="preserve"> </w:t>
      </w:r>
      <w:proofErr w:type="spellStart"/>
      <w:r w:rsidRPr="00926455">
        <w:rPr>
          <w:rFonts w:ascii="Calibri" w:hAnsi="Calibri" w:cs="Calibri"/>
        </w:rPr>
        <w:t>pełną</w:t>
      </w:r>
      <w:proofErr w:type="spellEnd"/>
      <w:r w:rsidRPr="00926455">
        <w:rPr>
          <w:rFonts w:ascii="Calibri" w:hAnsi="Calibri" w:cs="Calibri"/>
        </w:rPr>
        <w:t xml:space="preserve"> </w:t>
      </w:r>
      <w:proofErr w:type="spellStart"/>
      <w:r w:rsidRPr="00926455">
        <w:rPr>
          <w:rFonts w:ascii="Calibri" w:hAnsi="Calibri" w:cs="Calibri"/>
        </w:rPr>
        <w:t>zdolność</w:t>
      </w:r>
      <w:proofErr w:type="spellEnd"/>
      <w:r w:rsidRPr="00926455">
        <w:rPr>
          <w:rFonts w:ascii="Calibri" w:hAnsi="Calibri" w:cs="Calibri"/>
        </w:rPr>
        <w:t xml:space="preserve"> do czynności prawnych;</w:t>
      </w:r>
    </w:p>
    <w:p w:rsidR="009D7736" w:rsidRPr="00926455" w:rsidRDefault="00F17ADB">
      <w:pPr>
        <w:rPr>
          <w:rFonts w:ascii="Calibri" w:hAnsi="Calibri" w:cs="Calibri"/>
        </w:rPr>
      </w:pPr>
      <w:r w:rsidRPr="00926455">
        <w:rPr>
          <w:rFonts w:ascii="Segoe UI Symbol" w:hAnsi="Segoe UI Symbol" w:cs="Segoe UI Symbol"/>
        </w:rPr>
        <w:t>☐</w:t>
      </w:r>
      <w:r w:rsidRPr="00926455">
        <w:rPr>
          <w:rFonts w:ascii="Calibri" w:hAnsi="Calibri" w:cs="Calibri"/>
        </w:rPr>
        <w:t xml:space="preserve"> korzystam z pełni praw publicznych;</w:t>
      </w:r>
    </w:p>
    <w:p w:rsidR="009D7736" w:rsidRPr="00926455" w:rsidRDefault="00F17ADB">
      <w:pPr>
        <w:rPr>
          <w:rFonts w:ascii="Calibri" w:hAnsi="Calibri" w:cs="Calibri"/>
        </w:rPr>
      </w:pPr>
      <w:r w:rsidRPr="00926455">
        <w:rPr>
          <w:rFonts w:ascii="Segoe UI Symbol" w:hAnsi="Segoe UI Symbol" w:cs="Segoe UI Symbol"/>
        </w:rPr>
        <w:t>☐</w:t>
      </w:r>
      <w:r w:rsidRPr="00926455">
        <w:rPr>
          <w:rFonts w:ascii="Calibri" w:hAnsi="Calibri" w:cs="Calibri"/>
        </w:rPr>
        <w:t xml:space="preserve"> nie byłem/am prawomocnie skazany/a za przestępstwo umyślne ścigane z oskarżenia publicznego, umyślne przestępstwo skarbowe ani za przestępstwo przeciwko ochronie informacji;</w:t>
      </w:r>
    </w:p>
    <w:p w:rsidR="009D7736" w:rsidRPr="00926455" w:rsidRDefault="00F17ADB">
      <w:pPr>
        <w:rPr>
          <w:rFonts w:ascii="Calibri" w:hAnsi="Calibri" w:cs="Calibri"/>
        </w:rPr>
      </w:pPr>
      <w:r w:rsidRPr="00926455">
        <w:rPr>
          <w:rFonts w:ascii="Segoe UI Symbol" w:hAnsi="Segoe UI Symbol" w:cs="Segoe UI Symbol"/>
        </w:rPr>
        <w:t>☐</w:t>
      </w:r>
      <w:r w:rsidRPr="00926455">
        <w:rPr>
          <w:rFonts w:ascii="Calibri" w:hAnsi="Calibri" w:cs="Calibri"/>
        </w:rPr>
        <w:t xml:space="preserve"> nie byłem/am karany/a zakazem pełnienia funkcji związanych z dysponowaniem środkami publicznymi, o którym mowa w art. 31 ust. 1 pkt 4 ustawy z dnia 17 grudnia 2004 r. o odpowiedzialności za naruszenie dyscypliny finansów publicznych;</w:t>
      </w:r>
    </w:p>
    <w:p w:rsidR="009D7736" w:rsidRPr="00926455" w:rsidRDefault="00F17ADB">
      <w:pPr>
        <w:rPr>
          <w:rFonts w:ascii="Calibri" w:hAnsi="Calibri" w:cs="Calibri"/>
        </w:rPr>
      </w:pPr>
      <w:r w:rsidRPr="00926455">
        <w:rPr>
          <w:rFonts w:ascii="Segoe UI Symbol" w:hAnsi="Segoe UI Symbol" w:cs="Segoe UI Symbol"/>
        </w:rPr>
        <w:t>☐</w:t>
      </w:r>
      <w:r w:rsidRPr="00926455">
        <w:rPr>
          <w:rFonts w:ascii="Calibri" w:hAnsi="Calibri" w:cs="Calibri"/>
        </w:rPr>
        <w:t xml:space="preserve"> nie są mi znane przeciwwskazania zdrowotne do wykonywania pracy na stanowisku ds. informatyki i promocji;</w:t>
      </w:r>
    </w:p>
    <w:p w:rsidR="009D7736" w:rsidRPr="00926455" w:rsidRDefault="00F17ADB">
      <w:pPr>
        <w:rPr>
          <w:rFonts w:ascii="Calibri" w:hAnsi="Calibri" w:cs="Calibri"/>
        </w:rPr>
      </w:pPr>
      <w:r w:rsidRPr="00926455">
        <w:rPr>
          <w:rFonts w:ascii="Segoe UI Symbol" w:hAnsi="Segoe UI Symbol" w:cs="Segoe UI Symbol"/>
        </w:rPr>
        <w:t>☐</w:t>
      </w:r>
      <w:r w:rsidRPr="00926455">
        <w:rPr>
          <w:rFonts w:ascii="Calibri" w:hAnsi="Calibri" w:cs="Calibri"/>
        </w:rPr>
        <w:t xml:space="preserve"> wyrażam zgodę na przetwarzanie moich danych osobowych zawartych w dokumentach aplikacyjnych dla potrzeb aktualnie prowadzonego postępowania rekrutacyjnego na stanowisko ds. informatyki i promocji w Urzędzie Gminy Ułęż, zgodnie z Rozporządzeniem (UE) 2016/679 (RODO) oraz ustawą z dnia 10 maja 2018 r. o ochronie danych osobowych.</w:t>
      </w:r>
    </w:p>
    <w:p w:rsidR="009D7736" w:rsidRPr="00926455" w:rsidRDefault="00F17ADB">
      <w:pPr>
        <w:rPr>
          <w:rFonts w:ascii="Calibri" w:hAnsi="Calibri" w:cs="Calibri"/>
        </w:rPr>
      </w:pPr>
      <w:r w:rsidRPr="00926455">
        <w:rPr>
          <w:rFonts w:ascii="Calibri" w:hAnsi="Calibri" w:cs="Calibri"/>
        </w:rPr>
        <w:lastRenderedPageBreak/>
        <w:br/>
      </w:r>
      <w:r w:rsidRPr="00926455">
        <w:rPr>
          <w:rFonts w:ascii="Calibri" w:hAnsi="Calibri" w:cs="Calibri"/>
        </w:rPr>
        <w:br/>
        <w:t>.................................................                            .................................................</w:t>
      </w:r>
    </w:p>
    <w:p w:rsidR="009D7736" w:rsidRPr="00926455" w:rsidRDefault="00F17ADB">
      <w:pPr>
        <w:rPr>
          <w:rFonts w:ascii="Calibri" w:hAnsi="Calibri" w:cs="Calibri"/>
        </w:rPr>
      </w:pPr>
      <w:r w:rsidRPr="00926455">
        <w:rPr>
          <w:rFonts w:ascii="Calibri" w:hAnsi="Calibri" w:cs="Calibri"/>
        </w:rPr>
        <w:t xml:space="preserve">      (miejscowość, data)                                          (czytelny podpis kandydata)</w:t>
      </w:r>
    </w:p>
    <w:sectPr w:rsidR="009D7736" w:rsidRPr="0092645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26455"/>
    <w:rsid w:val="009D7736"/>
    <w:rsid w:val="00AA1D8D"/>
    <w:rsid w:val="00B47730"/>
    <w:rsid w:val="00CB0664"/>
    <w:rsid w:val="00F17AD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0DB3B7E6-D26A-4C0D-BA20-910E30488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2EE0361-93D9-45F9-A344-0BE4836AD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1411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1643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Agnieszka Kawka</cp:lastModifiedBy>
  <cp:revision>4</cp:revision>
  <dcterms:created xsi:type="dcterms:W3CDTF">2026-07-03T09:19:00Z</dcterms:created>
  <dcterms:modified xsi:type="dcterms:W3CDTF">2026-07-03T10:01:00Z</dcterms:modified>
  <cp:category/>
</cp:coreProperties>
</file>